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ortadillatitulo"/>
      </w:pPr>
      <w:r>
        <w:t>Plantilla de libro · Gutter</w:t>
      </w:r>
    </w:p>
    <w:p>
      <w:pPr>
        <w:pStyle w:val="Notadeplantilla"/>
      </w:pPr>
      <w:r>
        <w:t>Sustituye el texto de ejemplo por el tuyo sin borrar los estilos: selecciona un párrafo, escribe encima y el formato se mantiene. Usa «Título 1» para cada capítulo (ya salta de página solo) y «Título 2» para los apartados dentro de un capítulo.</w:t>
      </w:r>
    </w:p>
    <w:p>
      <w:pPr>
        <w:pStyle w:val="Notadeplantilla"/>
      </w:pPr>
      <w:r>
        <w:t>El cuerpo va con el estilo «Normal»: lleva sangría de primera línea y ningún espacio entre párrafos, que es como se compone un libro. No pulses Intro dos veces para separar párrafos.</w:t>
      </w:r>
    </w:p>
    <w:p>
      <w:pPr>
        <w:pStyle w:val="Notadeplantilla"/>
      </w:pPr>
      <w:r>
        <w:t>Las notas al pie se insertan con Referencias → Insertar nota al pie, y las citas de autor con el estilo de carácter «Cita de autor». El tamaño final de página y los márgenes los fija Gutter al maquetar; aquí solo importa que la estructura esté bien marcada.</w:t>
      </w:r>
    </w:p>
    <w:p>
      <w:pPr>
        <w:pStyle w:val="Notadeplantilla"/>
      </w:pPr>
      <w:r>
        <w:t>Borra estas tres líneas grises antes de subir el archivo.</w:t>
      </w:r>
    </w:p>
    <w:p>
      <w:pPr>
        <w:ind w:firstLine="0"/>
      </w:pPr>
      <w:r>
        <w:br w:type="page"/>
      </w:r>
    </w:p>
    <w:p>
      <w:pPr>
        <w:pStyle w:val="Portadillatitulo"/>
      </w:pPr>
      <w:r>
        <w:t>El título de tu libro</w:t>
      </w:r>
    </w:p>
    <w:p>
      <w:pPr>
        <w:pStyle w:val="Portadillaautor"/>
      </w:pPr>
      <w:r>
        <w:t>Nombre del autor o autora</w:t>
      </w:r>
    </w:p>
    <w:p>
      <w:pPr>
        <w:pStyle w:val="Notadeplantilla"/>
      </w:pPr>
      <w:r>
        <w:t>NOTA: esto es la PORTADILLA INTERIOR, la primera página impresa dentro del libro. NO es la cubierta exterior. La cubierta es un archivo aparte que se sube a Amazon KDP en otro paso, con otras medidas, porque incluye contraportada y lomo. Borra esta nota.</w:t>
      </w:r>
    </w:p>
    <w:p>
      <w:pPr>
        <w:pStyle w:val="Heading1"/>
      </w:pPr>
      <w:r>
        <w:t>Capítulo uno</w:t>
      </w:r>
    </w:p>
    <w:p>
      <w:r>
        <w:t>Este es un párrafo de cuerpo. Fíjate en que la primera línea entra un poco hacia dentro y en que no hay ninguna línea en blanco antes ni después: así es como se separan los párrafos en un libro impreso.</w:t>
      </w:r>
    </w:p>
    <w:p>
      <w:r>
        <w:t>Este segundo párrafo lleva una nota al pie insertada con el sistema nativo de Word.</w:t>
      </w:r>
      <w:r>
        <w:rPr>
          <w:rStyle w:val="FootnoteReference"/>
          <w:vertAlign w:val="superscript"/>
        </w:rPr>
        <w:footnoteReference w:id="2"/>
      </w:r>
    </w:p>
    <w:p>
      <w:r>
        <w:t xml:space="preserve">Y este párrafo contiene una cita de autor: </w:t>
      </w:r>
      <w:r>
        <w:rPr>
          <w:rStyle w:val="Citadeautor"/>
        </w:rPr>
        <w:t>la maquetación es el arte de volverse invisible</w:t>
      </w:r>
      <w:r>
        <w:t>. La cursiva va aplicada con un estilo de carácter, no como negrita ni cursiva suelta puesta a mano.</w:t>
      </w:r>
    </w:p>
    <w:p>
      <w:pPr>
        <w:pStyle w:val="Heading1"/>
      </w:pPr>
      <w:r>
        <w:t>Capítulo dos</w:t>
      </w:r>
    </w:p>
    <w:p>
      <w:r>
        <w:t>Cada capítulo empieza en una página nueva porque el estilo «Título 1» lleva el salto de página incorporado. No hace falta que añadas líneas en blanco para empujarlo.</w:t>
      </w:r>
    </w:p>
    <w:p>
      <w:pPr>
        <w:pStyle w:val="Heading2"/>
      </w:pPr>
      <w:r>
        <w:t>Un apartado dentro del capítulo</w:t>
      </w:r>
    </w:p>
    <w:p>
      <w:r>
        <w:t>Los apartados internos van con «Título 2». Sirven para dividir un capítulo largo y aparecen en el índice por debajo del capítulo al que pertenecen.</w:t>
      </w:r>
    </w:p>
    <w:p>
      <w:r>
        <w:t>Debajo hay una imagen de ejemplo insertada en línea con el texto, en su posición final:</w:t>
      </w:r>
    </w:p>
    <w:p>
      <w:pPr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2926080" cy="19507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estr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507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Notadeplantilla"/>
      </w:pPr>
      <w:r>
        <w:t>Pie de imagen de ejemplo.</w:t>
      </w:r>
    </w:p>
    <w:p>
      <w:pPr>
        <w:pStyle w:val="Heading1"/>
      </w:pPr>
      <w:r>
        <w:t>Capítulo tres</w:t>
      </w:r>
    </w:p>
    <w:p>
      <w:r>
        <w:t>Tercer capítulo de ejemplo, para que veas que el salto de página se repite solo en cada uno.</w:t>
      </w:r>
    </w:p>
    <w:p>
      <w:r>
        <w:t>A partir de aquí, escribe tu libro.</w:t>
      </w:r>
    </w:p>
    <w:sectPr w:rsidR="00FC693F" w:rsidRPr="0006063C" w:rsidSect="00034616">
      <w:pgSz w:w="8640" w:h="1296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Así se ve una nota al pie hecha con el sistema de Word: el número se renumera solo si insertas o borras notas antes de esta.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  <w:ind w:firstLine="340"/>
      <w:jc w:val="both"/>
    </w:pPr>
    <w:rPr>
      <w:rFonts w:ascii="EB Garamond" w:hAnsi="EB Garamond" w:cs="EB Garamond" w:eastAsia="EB Garamond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/>
      <w:spacing w:before="480" w:after="480"/>
      <w:ind w:firstLine="0"/>
      <w:jc w:val="center"/>
      <w:outlineLvl w:val="0"/>
    </w:pPr>
    <w:rPr>
      <w:rFonts w:asciiTheme="majorHAnsi" w:eastAsiaTheme="majorEastAsia" w:hAnsiTheme="majorHAnsi" w:cstheme="majorBidi" w:ascii="EB Garamond" w:hAnsi="EB Garamond" w:cs="EB Garamond" w:eastAsia="EB Garamond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60"/>
      <w:ind w:firstLine="0"/>
      <w:jc w:val="left"/>
      <w:outlineLvl w:val="1"/>
    </w:pPr>
    <w:rPr>
      <w:rFonts w:asciiTheme="majorHAnsi" w:eastAsiaTheme="majorEastAsia" w:hAnsiTheme="majorHAnsi" w:cstheme="majorBidi" w:ascii="EB Garamond" w:hAnsi="EB Garamond" w:cs="EB Garamond" w:eastAsia="EB Garamond"/>
      <w:b w:val="0"/>
      <w:bCs/>
      <w:i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itadeautor">
    <w:name w:val="Cita de autor"/>
    <w:rPr>
      <w:rFonts w:ascii="EB Garamond" w:hAnsi="EB Garamond" w:cs="EB Garamond" w:eastAsia="EB Garamond"/>
      <w:i/>
    </w:rPr>
  </w:style>
  <w:style w:type="paragraph" w:customStyle="1" w:styleId="Notadeplantilla">
    <w:name w:val="Nota de plantilla"/>
    <w:pPr>
      <w:spacing w:after="120"/>
      <w:ind w:firstLine="0"/>
      <w:jc w:val="left"/>
    </w:pPr>
    <w:rPr>
      <w:rFonts w:ascii="EB Garamond" w:hAnsi="EB Garamond" w:cs="EB Garamond" w:eastAsia="EB Garamond"/>
      <w:i/>
      <w:color w:val="999999"/>
      <w:sz w:val="18"/>
    </w:rPr>
  </w:style>
  <w:style w:type="paragraph" w:customStyle="1" w:styleId="Portadillatitulo">
    <w:name w:val="Portadilla titulo"/>
    <w:pPr>
      <w:spacing w:after="240"/>
      <w:ind w:firstLine="0"/>
      <w:jc w:val="center"/>
    </w:pPr>
    <w:rPr>
      <w:rFonts w:ascii="EB Garamond" w:hAnsi="EB Garamond" w:cs="EB Garamond" w:eastAsia="EB Garamond"/>
      <w:b w:val="0"/>
      <w:sz w:val="44"/>
    </w:rPr>
  </w:style>
  <w:style w:type="paragraph" w:customStyle="1" w:styleId="Portadillaautor">
    <w:name w:val="Portadilla autor"/>
    <w:pPr>
      <w:ind w:firstLine="0"/>
      <w:jc w:val="center"/>
    </w:pPr>
    <w:rPr>
      <w:rFonts w:ascii="EB Garamond" w:hAnsi="EB Garamond" w:cs="EB Garamond" w:eastAsia="EB Garamond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Footnotes1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